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במילה החדשה געגועים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סיפורים וידיעות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עובדות על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עלו על הר והתפללו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מטריות צבעוניות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שכולם מוזמנים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כולם מוזמנים, לא רק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נולדה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כתוב שהכניסה 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מתגעגעת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געגע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(עלו עליו בחג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(צבעוניות מעל הקסים)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(נולדה באתיופיה)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(לחם מיוחד שאוכלים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(העיר שחולמים עליה בחג)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הסיפור של סבתא אלמז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עלתה על הר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 לבשה לבן והתפללה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סבתא חלמה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סבתא עלתה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 נוגה וסבתא נוסעות יחד לירושלים בסיגד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מתגעגע לסבא שלי.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 של יהודי אתיופיה, חל 50 יום אחרי יום כיפור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רגש כשמישהו או משהו 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נפגשים בטיילת, מתפללים, אוכלים ושמחים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ההקלטות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מחג הסיגד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להרחיב את 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הסיגד, חג של יהודי אתיופיה, ונתרגל מילים וסיפורים הקשורים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עובדות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 מי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באתיופיה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רקדו על 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 על הר והתפללו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נסעו לעיר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שיחקו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הסיגד הוא חג רשמי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אומרת המילה סגד?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עיר באים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לובשים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יש מעל הראש של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50 יום אחרי יום כיפור.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הקסים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אלמז נולדה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בארוחת החג מגישים אינג'רה ודבו.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הכניסה לארוחת החג עולה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הקסים לובשים בגדים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למשפחה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באתיופיה עלו בחג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מאז 2008 הסיגד הוא חג __________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דנה __________ 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השורש של המילה געגועים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צבעוניות מעל הקסים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נולדה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העיר שחולמים עליה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עלו עליו בחג באתיופיה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לחם מיוחד שאוכלים בחג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הסיפור של סבתא אלמז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לבשה לבן והתפללה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חלמה על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נוגה וסבתא נוסעות יחד לירושלים בסיגד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עלתה על הר באתיופיה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עלתה לישראל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מתגעגע או מתגעגעת.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יודעים על חג הסיגד? כתבו שתי עובדות.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 מי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געגועים?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בחג הסיגד בירושלים?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געגועים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