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 – געגועים לירושלים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חג הסיגד ואת מנהגיו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ולהשתמש במילה החדשה געגועים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על בסיס סיפורים וידיעות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עובדות על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יהודי 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50 יום אחרי יום כיפור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עלו על הר והתפללו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2008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להשתחוות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בגדים לבנים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מטריות צבעוניות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כתוב שכולם מוזמנים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כולם מוזמנים, לא רק הקסים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היא נולדה באתיופיה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כתוב במודעה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כתוב שהכניסה חינם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מתגעגע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רשמי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מתגעגעת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געגע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(עלו עליו בחג באתיופיה)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(צבעוניות מעל הקסים)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(נולדה באתיופיה)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(לחם מיוחד שאוכלים בחג)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(העיר שחולמים עליה בחג)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לפי הסיפור של סבתא אלמז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סבתא עלתה על הר באתיופיה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סבתא לבשה לבן והתפללה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סבתא חלמה על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סבתא עלתה לישראל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היום נוגה וסבתא נוסעות יחד לירושלים בסיגד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אני מתגעגע לסבא שלי.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חג של יהודי אתיופיה, חל 50 יום אחרי יום כיפור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יהודי אתיופיה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רגש כשמישהו או משהו רחוק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נפגשים בטיילת, מתפללים, אוכלים ושמחים יחד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ההקלטות לפני הקריאה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תמונות מחג הסיגד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להרחיב את משימת הכתיבה הפתוחה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 – געגועים לירושלים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היום לומדים על חג הסיגד. זה חג של יהודי אתיופיה. יש תרגילים קלים על החג.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סיגד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של יהודי אתיופיה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להשתחוות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לכופף את הגוף בכבוד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קסים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מנהיגים דתיים באתיופיה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געגועים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רגש כשמישהו רחוק מאיתנו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דבו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לחם מיוחד מאתיופיה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אינג'רה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אוכל מסורתי אתיופי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רשמי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מוכר על ידי המדינה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טיילת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הליכה פתוח עם נוף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עובדות על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של מי החג?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יהודי 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יהודי 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יהודי הודו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יהודי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החג?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בראש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50 יום אחרי יום כיפור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ביום העצמאות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בפסח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עשו בחג?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רקדו על חוף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עלו על הר והתפללו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נסעו לעיר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שיחקו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מאיזו שנה זה חג רשמי?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2008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המשמעות של המילה?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לאכול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להשתחוות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לרקוד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לאיזו עיר נוסעים?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לובשים הקסים?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בגדים לבנים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בגדים שחורים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בגדי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בגדים אדומים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 יש מעל הראש שלהם?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כובע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מטריות צבעוניות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חל 50 יום אחרי יום כיפור.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כולם מוזמנים לחגוג את הסיגד.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רק הקסים מוזמנים לחגוג את הסיגד.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סבתא אלמז נולדה בישראל.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בארוחת החג מגישים אינג'רה ודבו.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הכניסה לארוחת החג עולה כסף.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בסיגד הקסים לובשים בגדים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אני __________ למשפחה שלי.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באתיופיה עלו בחג על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מאז 2008 הסיגד הוא חג __________ בישראל.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דנה __________ 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השורש של המילה געגועים הוא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נולדה באתיופיה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מטריות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העיר שחולמים עליה בחג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סבתא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לחם מיוחד שאוכלים בחג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דבו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עלו עליו בחג באתיופיה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ירושלים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צבעוניות מעל הקסים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השלבים לפי הסיפור של סבתא אלמז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סבתא חלמה על ירושלים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סבתא עלתה על הר באתיופיה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היום נוגה וסבתא נוסעות יחד לירושלים בסיגד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סבתא לבשה לבן והתפללה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סבתא עלתה לישראל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עם המילה מתגעגע או מתגעגעת.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אתם יודעים על חג הסיגד? כתבו שתי עובדות.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של מי חג הסיגד?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געגועים?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בחג הסיגד בירושלים?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הסיגד – געגועים לירושלים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