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החדשה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סיפורים וידיעות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עובדות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עלו על הר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להשתחוות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שכולם מוזמנים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מוזמנים, לא רק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(עלו עליו בחג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(צבעוניות מעל הקסים)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(נולדה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(לחם מיוחד שאוכלים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הסיפור של סבתא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עלתה על 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לבשה לבן והתפללה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סבתא חלמה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 עלתה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מתגעגע לסבא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 של יהודי אתיופיה, חל 50 יום אחרי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 כשמישהו או משהו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נפגשים בטיילת, מתפללים, אוכלים ושמחים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ההקלטות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מחג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 הסיגד, חג של יהודי אתיופיה, ונתרגל מילים וסיפורים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לבנים  ·  רשמי  ·  מתגעגע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עובדות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של מי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עשו באתיופיה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רקדו על 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עלו על הר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נסעו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אומרת המילה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50 יום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רק הקסים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בסיגד הקסים לובשים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__________ למשפחה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באתיופיה עלו בחג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מאז 2008 הסיגד הוא חג __________ בישראל.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צבעוניות מעל הקסים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נולדה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עלו עליו בחג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לחם מיוחד שאוכלים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הסיפור של סבתא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לבשה לבן והתפללה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עלתה לישראל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עלתה על הר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חלמה על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מתגעגע או מתגעגעת.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אתם יודעים על חג הסיגד? כתבו שתי עובדות.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של מי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געגועים?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